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Sollecito di Pagamento</w:t>
      </w:r>
    </w:p>
    <w:p>
      <w:r>
        <w:t>Gentile [Nome Cliente],</w:t>
        <w:br/>
        <w:br/>
        <w:t>con la presente desideriamo ricordarle che, ad oggi, risulta ancora insoluta la seguente fattura:</w:t>
        <w:br/>
        <w:br/>
      </w:r>
    </w:p>
    <w:p>
      <w:r>
        <w:t>• Numero fattura: [N. Fattura]</w:t>
        <w:br/>
        <w:t>• Data emissione: [Data Emissione]</w:t>
        <w:br/>
        <w:t>• Data scadenza: [Data Scadenza]</w:t>
        <w:br/>
        <w:t>• Importo: € [Importo]</w:t>
        <w:br/>
        <w:br/>
      </w:r>
    </w:p>
    <w:p>
      <w:r>
        <w:t>La invitiamo cortesemente a procedere con il pagamento entro e non oltre 5 giorni dalla ricezione della presente.</w:t>
        <w:br/>
        <w:t>In caso avesse già provveduto al saldo, la preghiamo di considerare nullo il presente sollecito.</w:t>
        <w:br/>
        <w:br/>
      </w:r>
    </w:p>
    <w:p>
      <w:r>
        <w:t>Di seguito i dati per il versamento:</w:t>
        <w:br/>
        <w:t>• IBAN: [IBAN]</w:t>
        <w:br/>
        <w:t>• Intestatario: [Tuo Nome / Ragione Sociale]</w:t>
        <w:br/>
        <w:t>• Causale: Pagamento fattura [N. Fattura]</w:t>
        <w:br/>
        <w:br/>
      </w:r>
    </w:p>
    <w:p>
      <w:r>
        <w:t>Rimaniamo a disposizione per qualsiasi chiarimento.</w:t>
        <w:br/>
        <w:br/>
        <w:t>Cordiali saluti,</w:t>
        <w:br/>
        <w:br/>
        <w:t>[Tuo Nome]</w:t>
        <w:br/>
        <w:t>[Tua Ragione Sociale]</w:t>
        <w:br/>
        <w:t>[Email] | [Telefono]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